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0" w:type="auto"/>
        <w:jc w:val="center"/>
        <w:tblBorders>
          <w:top w:val="single" w:sz="0" w:space="0" w:color="003747"/>
          <w:left w:val="single" w:sz="0" w:space="0" w:color="003747"/>
          <w:bottom w:val="single" w:sz="0" w:space="0" w:color="003747"/>
          <w:right w:val="single" w:sz="0" w:space="0" w:color="003747"/>
          <w:insideH w:val="single" w:sz="0" w:space="0" w:color="003747"/>
          <w:insideV w:val="single" w:sz="0" w:space="0" w:color="003747"/>
        </w:tblBorders>
        <w:tblLayout w:type="fixed"/>
        <w:tblLook w:val="04A0" w:firstRow="1" w:lastRow="0" w:firstColumn="1" w:lastColumn="0" w:noHBand="0" w:noVBand="1"/>
      </w:tblPr>
      <w:tblGrid>
        <w:gridCol w:w="7710"/>
        <w:gridCol w:w="7710"/>
      </w:tblGrid>
      <w:tr w:rsidR="00381FD8" w14:paraId="4C1F6F5B" w14:textId="77777777">
        <w:trPr>
          <w:jc w:val="center"/>
        </w:trPr>
        <w:tc>
          <w:tcPr>
            <w:tcW w:w="7710" w:type="dxa"/>
            <w:shd w:val="clear" w:color="auto" w:fill="003747"/>
            <w:tcMar>
              <w:top w:w="75" w:type="dxa"/>
              <w:left w:w="190" w:type="dxa"/>
              <w:bottom w:w="75" w:type="dxa"/>
              <w:right w:w="190" w:type="dxa"/>
            </w:tcMar>
          </w:tcPr>
          <w:p w14:paraId="6FC70AB7" w14:textId="77777777" w:rsidR="00381FD8" w:rsidRDefault="00000000">
            <w:r>
              <w:rPr>
                <w:noProof/>
              </w:rPr>
              <w:drawing>
                <wp:inline distT="0" distB="0" distL="0" distR="0" wp14:anchorId="504BCD79" wp14:editId="07168A28">
                  <wp:extent cx="1584000" cy="1306999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-reversed-navy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0" cy="1306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10" w:type="dxa"/>
            <w:shd w:val="clear" w:color="auto" w:fill="003747"/>
            <w:tcMar>
              <w:top w:w="75" w:type="dxa"/>
              <w:left w:w="190" w:type="dxa"/>
              <w:bottom w:w="75" w:type="dxa"/>
              <w:right w:w="190" w:type="dxa"/>
            </w:tcMar>
          </w:tcPr>
          <w:p w14:paraId="41F2FB5A" w14:textId="77777777" w:rsidR="00381FD8" w:rsidRDefault="00000000">
            <w:pPr>
              <w:spacing w:after="40"/>
              <w:jc w:val="right"/>
            </w:pPr>
            <w:r>
              <w:rPr>
                <w:b/>
                <w:color w:val="FFFFFF"/>
                <w:sz w:val="40"/>
              </w:rPr>
              <w:t>ASSETS &amp; LIABILITIES</w:t>
            </w:r>
          </w:p>
          <w:p w14:paraId="21A182B0" w14:textId="77777777" w:rsidR="00381FD8" w:rsidRDefault="00000000">
            <w:pPr>
              <w:jc w:val="right"/>
            </w:pPr>
            <w:r>
              <w:rPr>
                <w:b/>
                <w:color w:val="D7A5AD"/>
              </w:rPr>
              <w:t>PROPERTY SCHEDULE</w:t>
            </w:r>
          </w:p>
        </w:tc>
      </w:tr>
    </w:tbl>
    <w:p w14:paraId="6CFFD298" w14:textId="77777777" w:rsidR="00381FD8" w:rsidRDefault="00000000">
      <w:pPr>
        <w:spacing w:before="160" w:after="140"/>
      </w:pPr>
      <w:r>
        <w:rPr>
          <w:sz w:val="17"/>
        </w:rPr>
        <w:t>Please list all properties owned personally or through a company, including current borrowing and monthly income commitments.</w:t>
      </w:r>
    </w:p>
    <w:tbl>
      <w:tblPr>
        <w:tblW w:w="14825" w:type="dxa"/>
        <w:jc w:val="center"/>
        <w:tblBorders>
          <w:top w:val="single" w:sz="5" w:space="0" w:color="D4DFE1"/>
          <w:left w:val="single" w:sz="5" w:space="0" w:color="D4DFE1"/>
          <w:bottom w:val="single" w:sz="5" w:space="0" w:color="D4DFE1"/>
          <w:right w:val="single" w:sz="5" w:space="0" w:color="D4DFE1"/>
          <w:insideH w:val="single" w:sz="5" w:space="0" w:color="D4DFE1"/>
          <w:insideV w:val="single" w:sz="5" w:space="0" w:color="D4DFE1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3543"/>
        <w:gridCol w:w="1786"/>
        <w:gridCol w:w="1502"/>
        <w:gridCol w:w="1502"/>
        <w:gridCol w:w="1843"/>
        <w:gridCol w:w="1417"/>
        <w:gridCol w:w="1531"/>
      </w:tblGrid>
      <w:tr w:rsidR="00381FD8" w14:paraId="70AF50AA" w14:textId="77777777">
        <w:trPr>
          <w:trHeight w:val="430"/>
          <w:tblHeader/>
          <w:jc w:val="center"/>
        </w:trPr>
        <w:tc>
          <w:tcPr>
            <w:tcW w:w="1701" w:type="dxa"/>
            <w:shd w:val="clear" w:color="auto" w:fill="8A1426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D3EF793" w14:textId="77777777" w:rsidR="00381FD8" w:rsidRDefault="00000000">
            <w:pPr>
              <w:spacing w:line="240" w:lineRule="auto"/>
              <w:jc w:val="center"/>
            </w:pPr>
            <w:r>
              <w:rPr>
                <w:b/>
                <w:color w:val="FFFFFF"/>
                <w:sz w:val="15"/>
              </w:rPr>
              <w:t>Property type</w:t>
            </w:r>
          </w:p>
        </w:tc>
        <w:tc>
          <w:tcPr>
            <w:tcW w:w="3543" w:type="dxa"/>
            <w:shd w:val="clear" w:color="auto" w:fill="8A1426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3AC7A86" w14:textId="77777777" w:rsidR="00381FD8" w:rsidRDefault="00000000">
            <w:pPr>
              <w:spacing w:line="240" w:lineRule="auto"/>
              <w:jc w:val="center"/>
            </w:pPr>
            <w:r>
              <w:rPr>
                <w:b/>
                <w:color w:val="FFFFFF"/>
                <w:sz w:val="15"/>
              </w:rPr>
              <w:t>Full property address</w:t>
            </w:r>
          </w:p>
        </w:tc>
        <w:tc>
          <w:tcPr>
            <w:tcW w:w="1786" w:type="dxa"/>
            <w:shd w:val="clear" w:color="auto" w:fill="8A1426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AE54264" w14:textId="77777777" w:rsidR="00381FD8" w:rsidRDefault="00000000">
            <w:pPr>
              <w:spacing w:line="240" w:lineRule="auto"/>
              <w:jc w:val="center"/>
            </w:pPr>
            <w:r>
              <w:rPr>
                <w:b/>
                <w:color w:val="FFFFFF"/>
                <w:sz w:val="15"/>
              </w:rPr>
              <w:t>Ownership entity</w:t>
            </w:r>
          </w:p>
        </w:tc>
        <w:tc>
          <w:tcPr>
            <w:tcW w:w="1502" w:type="dxa"/>
            <w:shd w:val="clear" w:color="auto" w:fill="8A1426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830DCC1" w14:textId="77777777" w:rsidR="00381FD8" w:rsidRDefault="00000000">
            <w:pPr>
              <w:spacing w:line="240" w:lineRule="auto"/>
              <w:jc w:val="center"/>
            </w:pPr>
            <w:r>
              <w:rPr>
                <w:b/>
                <w:color w:val="FFFFFF"/>
                <w:sz w:val="15"/>
              </w:rPr>
              <w:t>Current value</w:t>
            </w:r>
          </w:p>
        </w:tc>
        <w:tc>
          <w:tcPr>
            <w:tcW w:w="1502" w:type="dxa"/>
            <w:shd w:val="clear" w:color="auto" w:fill="8A1426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591BDA5" w14:textId="77777777" w:rsidR="00381FD8" w:rsidRDefault="00000000">
            <w:pPr>
              <w:spacing w:line="240" w:lineRule="auto"/>
              <w:jc w:val="center"/>
            </w:pPr>
            <w:r>
              <w:rPr>
                <w:b/>
                <w:color w:val="FFFFFF"/>
                <w:sz w:val="15"/>
              </w:rPr>
              <w:t>Current debt</w:t>
            </w:r>
          </w:p>
        </w:tc>
        <w:tc>
          <w:tcPr>
            <w:tcW w:w="1843" w:type="dxa"/>
            <w:shd w:val="clear" w:color="auto" w:fill="8A1426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3251B36" w14:textId="77777777" w:rsidR="00381FD8" w:rsidRDefault="00000000">
            <w:pPr>
              <w:spacing w:line="240" w:lineRule="auto"/>
              <w:jc w:val="center"/>
            </w:pPr>
            <w:r>
              <w:rPr>
                <w:b/>
                <w:color w:val="FFFFFF"/>
                <w:sz w:val="15"/>
              </w:rPr>
              <w:t>Debt provider</w:t>
            </w:r>
          </w:p>
        </w:tc>
        <w:tc>
          <w:tcPr>
            <w:tcW w:w="1417" w:type="dxa"/>
            <w:shd w:val="clear" w:color="auto" w:fill="8A1426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191D045" w14:textId="77777777" w:rsidR="00381FD8" w:rsidRDefault="00000000">
            <w:pPr>
              <w:spacing w:line="240" w:lineRule="auto"/>
              <w:jc w:val="center"/>
            </w:pPr>
            <w:r>
              <w:rPr>
                <w:b/>
                <w:color w:val="FFFFFF"/>
                <w:sz w:val="15"/>
              </w:rPr>
              <w:t>Rent per month</w:t>
            </w:r>
          </w:p>
        </w:tc>
        <w:tc>
          <w:tcPr>
            <w:tcW w:w="1531" w:type="dxa"/>
            <w:shd w:val="clear" w:color="auto" w:fill="8A1426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1EF9EE3" w14:textId="77777777" w:rsidR="00381FD8" w:rsidRDefault="00000000">
            <w:pPr>
              <w:spacing w:line="240" w:lineRule="auto"/>
              <w:jc w:val="center"/>
            </w:pPr>
            <w:r>
              <w:rPr>
                <w:b/>
                <w:color w:val="FFFFFF"/>
                <w:sz w:val="15"/>
              </w:rPr>
              <w:t>Mortgage per month</w:t>
            </w:r>
          </w:p>
        </w:tc>
      </w:tr>
      <w:tr w:rsidR="00381FD8" w14:paraId="7EEBF7A3" w14:textId="77777777">
        <w:trPr>
          <w:trHeight w:val="350"/>
          <w:jc w:val="center"/>
        </w:trPr>
        <w:tc>
          <w:tcPr>
            <w:tcW w:w="1701" w:type="dxa"/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</w:tcPr>
          <w:p w14:paraId="10B68C23" w14:textId="77777777" w:rsidR="00381FD8" w:rsidRDefault="00381FD8">
            <w:pPr>
              <w:spacing w:line="240" w:lineRule="auto"/>
            </w:pPr>
          </w:p>
        </w:tc>
        <w:tc>
          <w:tcPr>
            <w:tcW w:w="3543" w:type="dxa"/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</w:tcPr>
          <w:p w14:paraId="462AD04A" w14:textId="77777777" w:rsidR="00381FD8" w:rsidRDefault="00381FD8">
            <w:pPr>
              <w:spacing w:line="240" w:lineRule="auto"/>
            </w:pPr>
          </w:p>
        </w:tc>
        <w:tc>
          <w:tcPr>
            <w:tcW w:w="1786" w:type="dxa"/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</w:tcPr>
          <w:p w14:paraId="73857BD9" w14:textId="77777777" w:rsidR="00381FD8" w:rsidRDefault="00381FD8">
            <w:pPr>
              <w:spacing w:line="240" w:lineRule="auto"/>
            </w:pPr>
          </w:p>
        </w:tc>
        <w:tc>
          <w:tcPr>
            <w:tcW w:w="1502" w:type="dxa"/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</w:tcPr>
          <w:p w14:paraId="62ED3349" w14:textId="77777777" w:rsidR="00381FD8" w:rsidRDefault="00381FD8">
            <w:pPr>
              <w:spacing w:line="240" w:lineRule="auto"/>
            </w:pPr>
          </w:p>
        </w:tc>
        <w:tc>
          <w:tcPr>
            <w:tcW w:w="1502" w:type="dxa"/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</w:tcPr>
          <w:p w14:paraId="40D5504F" w14:textId="77777777" w:rsidR="00381FD8" w:rsidRDefault="00381FD8">
            <w:pPr>
              <w:spacing w:line="240" w:lineRule="auto"/>
            </w:pPr>
          </w:p>
        </w:tc>
        <w:tc>
          <w:tcPr>
            <w:tcW w:w="1843" w:type="dxa"/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</w:tcPr>
          <w:p w14:paraId="5276C9E7" w14:textId="77777777" w:rsidR="00381FD8" w:rsidRDefault="00381FD8">
            <w:pPr>
              <w:spacing w:line="240" w:lineRule="auto"/>
            </w:pPr>
          </w:p>
        </w:tc>
        <w:tc>
          <w:tcPr>
            <w:tcW w:w="1417" w:type="dxa"/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</w:tcPr>
          <w:p w14:paraId="322C8FA4" w14:textId="77777777" w:rsidR="00381FD8" w:rsidRDefault="00381FD8">
            <w:pPr>
              <w:spacing w:line="240" w:lineRule="auto"/>
            </w:pPr>
          </w:p>
        </w:tc>
        <w:tc>
          <w:tcPr>
            <w:tcW w:w="1531" w:type="dxa"/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</w:tcPr>
          <w:p w14:paraId="728F4F8E" w14:textId="77777777" w:rsidR="00381FD8" w:rsidRDefault="00381FD8">
            <w:pPr>
              <w:spacing w:line="240" w:lineRule="auto"/>
            </w:pPr>
          </w:p>
        </w:tc>
      </w:tr>
      <w:tr w:rsidR="00381FD8" w14:paraId="1DCAC011" w14:textId="77777777">
        <w:trPr>
          <w:trHeight w:val="350"/>
          <w:jc w:val="center"/>
        </w:trPr>
        <w:tc>
          <w:tcPr>
            <w:tcW w:w="1701" w:type="dxa"/>
            <w:shd w:val="clear" w:color="auto" w:fill="F3F6F6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</w:tcPr>
          <w:p w14:paraId="3D882E90" w14:textId="77777777" w:rsidR="00381FD8" w:rsidRDefault="00381FD8">
            <w:pPr>
              <w:spacing w:line="240" w:lineRule="auto"/>
            </w:pPr>
          </w:p>
        </w:tc>
        <w:tc>
          <w:tcPr>
            <w:tcW w:w="3543" w:type="dxa"/>
            <w:shd w:val="clear" w:color="auto" w:fill="F3F6F6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</w:tcPr>
          <w:p w14:paraId="2C6F1804" w14:textId="77777777" w:rsidR="00381FD8" w:rsidRDefault="00381FD8">
            <w:pPr>
              <w:spacing w:line="240" w:lineRule="auto"/>
            </w:pPr>
          </w:p>
        </w:tc>
        <w:tc>
          <w:tcPr>
            <w:tcW w:w="1786" w:type="dxa"/>
            <w:shd w:val="clear" w:color="auto" w:fill="F3F6F6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</w:tcPr>
          <w:p w14:paraId="3CF912CB" w14:textId="77777777" w:rsidR="00381FD8" w:rsidRDefault="00381FD8">
            <w:pPr>
              <w:spacing w:line="240" w:lineRule="auto"/>
            </w:pPr>
          </w:p>
        </w:tc>
        <w:tc>
          <w:tcPr>
            <w:tcW w:w="1502" w:type="dxa"/>
            <w:shd w:val="clear" w:color="auto" w:fill="F3F6F6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</w:tcPr>
          <w:p w14:paraId="3A52B835" w14:textId="77777777" w:rsidR="00381FD8" w:rsidRDefault="00381FD8">
            <w:pPr>
              <w:spacing w:line="240" w:lineRule="auto"/>
            </w:pPr>
          </w:p>
        </w:tc>
        <w:tc>
          <w:tcPr>
            <w:tcW w:w="1502" w:type="dxa"/>
            <w:shd w:val="clear" w:color="auto" w:fill="F3F6F6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</w:tcPr>
          <w:p w14:paraId="1271A784" w14:textId="77777777" w:rsidR="00381FD8" w:rsidRDefault="00381FD8">
            <w:pPr>
              <w:spacing w:line="240" w:lineRule="auto"/>
            </w:pPr>
          </w:p>
        </w:tc>
        <w:tc>
          <w:tcPr>
            <w:tcW w:w="1843" w:type="dxa"/>
            <w:shd w:val="clear" w:color="auto" w:fill="F3F6F6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</w:tcPr>
          <w:p w14:paraId="2D3439C3" w14:textId="77777777" w:rsidR="00381FD8" w:rsidRDefault="00381FD8">
            <w:pPr>
              <w:spacing w:line="240" w:lineRule="auto"/>
            </w:pPr>
          </w:p>
        </w:tc>
        <w:tc>
          <w:tcPr>
            <w:tcW w:w="1417" w:type="dxa"/>
            <w:shd w:val="clear" w:color="auto" w:fill="F3F6F6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</w:tcPr>
          <w:p w14:paraId="4798BA44" w14:textId="77777777" w:rsidR="00381FD8" w:rsidRDefault="00381FD8">
            <w:pPr>
              <w:spacing w:line="240" w:lineRule="auto"/>
            </w:pPr>
          </w:p>
        </w:tc>
        <w:tc>
          <w:tcPr>
            <w:tcW w:w="1531" w:type="dxa"/>
            <w:shd w:val="clear" w:color="auto" w:fill="F3F6F6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</w:tcPr>
          <w:p w14:paraId="492EA708" w14:textId="77777777" w:rsidR="00381FD8" w:rsidRDefault="00381FD8">
            <w:pPr>
              <w:spacing w:line="240" w:lineRule="auto"/>
            </w:pPr>
          </w:p>
        </w:tc>
      </w:tr>
      <w:tr w:rsidR="00381FD8" w14:paraId="5EF61DB5" w14:textId="77777777">
        <w:trPr>
          <w:trHeight w:val="350"/>
          <w:jc w:val="center"/>
        </w:trPr>
        <w:tc>
          <w:tcPr>
            <w:tcW w:w="1701" w:type="dxa"/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</w:tcPr>
          <w:p w14:paraId="0636FDB5" w14:textId="77777777" w:rsidR="00381FD8" w:rsidRDefault="00381FD8">
            <w:pPr>
              <w:spacing w:line="240" w:lineRule="auto"/>
            </w:pPr>
          </w:p>
        </w:tc>
        <w:tc>
          <w:tcPr>
            <w:tcW w:w="3543" w:type="dxa"/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</w:tcPr>
          <w:p w14:paraId="06AFBEB5" w14:textId="77777777" w:rsidR="00381FD8" w:rsidRDefault="00381FD8">
            <w:pPr>
              <w:spacing w:line="240" w:lineRule="auto"/>
            </w:pPr>
          </w:p>
        </w:tc>
        <w:tc>
          <w:tcPr>
            <w:tcW w:w="1786" w:type="dxa"/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</w:tcPr>
          <w:p w14:paraId="1F33D0D7" w14:textId="77777777" w:rsidR="00381FD8" w:rsidRDefault="00381FD8">
            <w:pPr>
              <w:spacing w:line="240" w:lineRule="auto"/>
            </w:pPr>
          </w:p>
        </w:tc>
        <w:tc>
          <w:tcPr>
            <w:tcW w:w="1502" w:type="dxa"/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</w:tcPr>
          <w:p w14:paraId="21DF8C98" w14:textId="77777777" w:rsidR="00381FD8" w:rsidRDefault="00381FD8">
            <w:pPr>
              <w:spacing w:line="240" w:lineRule="auto"/>
            </w:pPr>
          </w:p>
        </w:tc>
        <w:tc>
          <w:tcPr>
            <w:tcW w:w="1502" w:type="dxa"/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</w:tcPr>
          <w:p w14:paraId="18215772" w14:textId="77777777" w:rsidR="00381FD8" w:rsidRDefault="00381FD8">
            <w:pPr>
              <w:spacing w:line="240" w:lineRule="auto"/>
            </w:pPr>
          </w:p>
        </w:tc>
        <w:tc>
          <w:tcPr>
            <w:tcW w:w="1843" w:type="dxa"/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</w:tcPr>
          <w:p w14:paraId="52247B0B" w14:textId="77777777" w:rsidR="00381FD8" w:rsidRDefault="00381FD8">
            <w:pPr>
              <w:spacing w:line="240" w:lineRule="auto"/>
            </w:pPr>
          </w:p>
        </w:tc>
        <w:tc>
          <w:tcPr>
            <w:tcW w:w="1417" w:type="dxa"/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</w:tcPr>
          <w:p w14:paraId="5C912B89" w14:textId="77777777" w:rsidR="00381FD8" w:rsidRDefault="00381FD8">
            <w:pPr>
              <w:spacing w:line="240" w:lineRule="auto"/>
            </w:pPr>
          </w:p>
        </w:tc>
        <w:tc>
          <w:tcPr>
            <w:tcW w:w="1531" w:type="dxa"/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</w:tcPr>
          <w:p w14:paraId="48401F1B" w14:textId="77777777" w:rsidR="00381FD8" w:rsidRDefault="00381FD8">
            <w:pPr>
              <w:spacing w:line="240" w:lineRule="auto"/>
            </w:pPr>
          </w:p>
        </w:tc>
      </w:tr>
      <w:tr w:rsidR="00381FD8" w14:paraId="72BA2051" w14:textId="77777777">
        <w:trPr>
          <w:trHeight w:val="350"/>
          <w:jc w:val="center"/>
        </w:trPr>
        <w:tc>
          <w:tcPr>
            <w:tcW w:w="1701" w:type="dxa"/>
            <w:shd w:val="clear" w:color="auto" w:fill="F3F6F6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</w:tcPr>
          <w:p w14:paraId="22DE8CDC" w14:textId="77777777" w:rsidR="00381FD8" w:rsidRDefault="00381FD8">
            <w:pPr>
              <w:spacing w:line="240" w:lineRule="auto"/>
            </w:pPr>
          </w:p>
        </w:tc>
        <w:tc>
          <w:tcPr>
            <w:tcW w:w="3543" w:type="dxa"/>
            <w:shd w:val="clear" w:color="auto" w:fill="F3F6F6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</w:tcPr>
          <w:p w14:paraId="4ECEA12C" w14:textId="77777777" w:rsidR="00381FD8" w:rsidRDefault="00381FD8">
            <w:pPr>
              <w:spacing w:line="240" w:lineRule="auto"/>
            </w:pPr>
          </w:p>
        </w:tc>
        <w:tc>
          <w:tcPr>
            <w:tcW w:w="1786" w:type="dxa"/>
            <w:shd w:val="clear" w:color="auto" w:fill="F3F6F6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</w:tcPr>
          <w:p w14:paraId="6809F93C" w14:textId="77777777" w:rsidR="00381FD8" w:rsidRDefault="00381FD8">
            <w:pPr>
              <w:spacing w:line="240" w:lineRule="auto"/>
            </w:pPr>
          </w:p>
        </w:tc>
        <w:tc>
          <w:tcPr>
            <w:tcW w:w="1502" w:type="dxa"/>
            <w:shd w:val="clear" w:color="auto" w:fill="F3F6F6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</w:tcPr>
          <w:p w14:paraId="61AB7459" w14:textId="77777777" w:rsidR="00381FD8" w:rsidRDefault="00381FD8">
            <w:pPr>
              <w:spacing w:line="240" w:lineRule="auto"/>
            </w:pPr>
          </w:p>
        </w:tc>
        <w:tc>
          <w:tcPr>
            <w:tcW w:w="1502" w:type="dxa"/>
            <w:shd w:val="clear" w:color="auto" w:fill="F3F6F6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</w:tcPr>
          <w:p w14:paraId="099B5659" w14:textId="77777777" w:rsidR="00381FD8" w:rsidRDefault="00381FD8">
            <w:pPr>
              <w:spacing w:line="240" w:lineRule="auto"/>
            </w:pPr>
          </w:p>
        </w:tc>
        <w:tc>
          <w:tcPr>
            <w:tcW w:w="1843" w:type="dxa"/>
            <w:shd w:val="clear" w:color="auto" w:fill="F3F6F6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</w:tcPr>
          <w:p w14:paraId="274C49E8" w14:textId="77777777" w:rsidR="00381FD8" w:rsidRDefault="00381FD8">
            <w:pPr>
              <w:spacing w:line="240" w:lineRule="auto"/>
            </w:pPr>
          </w:p>
        </w:tc>
        <w:tc>
          <w:tcPr>
            <w:tcW w:w="1417" w:type="dxa"/>
            <w:shd w:val="clear" w:color="auto" w:fill="F3F6F6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</w:tcPr>
          <w:p w14:paraId="34BC1E40" w14:textId="77777777" w:rsidR="00381FD8" w:rsidRDefault="00381FD8">
            <w:pPr>
              <w:spacing w:line="240" w:lineRule="auto"/>
            </w:pPr>
          </w:p>
        </w:tc>
        <w:tc>
          <w:tcPr>
            <w:tcW w:w="1531" w:type="dxa"/>
            <w:shd w:val="clear" w:color="auto" w:fill="F3F6F6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</w:tcPr>
          <w:p w14:paraId="2FE15657" w14:textId="77777777" w:rsidR="00381FD8" w:rsidRDefault="00381FD8">
            <w:pPr>
              <w:spacing w:line="240" w:lineRule="auto"/>
            </w:pPr>
          </w:p>
        </w:tc>
      </w:tr>
      <w:tr w:rsidR="00381FD8" w14:paraId="4F710B22" w14:textId="77777777">
        <w:trPr>
          <w:trHeight w:val="350"/>
          <w:jc w:val="center"/>
        </w:trPr>
        <w:tc>
          <w:tcPr>
            <w:tcW w:w="1701" w:type="dxa"/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</w:tcPr>
          <w:p w14:paraId="6976C606" w14:textId="77777777" w:rsidR="00381FD8" w:rsidRDefault="00381FD8">
            <w:pPr>
              <w:spacing w:line="240" w:lineRule="auto"/>
            </w:pPr>
          </w:p>
        </w:tc>
        <w:tc>
          <w:tcPr>
            <w:tcW w:w="3543" w:type="dxa"/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</w:tcPr>
          <w:p w14:paraId="0C97C51A" w14:textId="77777777" w:rsidR="00381FD8" w:rsidRDefault="00381FD8">
            <w:pPr>
              <w:spacing w:line="240" w:lineRule="auto"/>
            </w:pPr>
          </w:p>
        </w:tc>
        <w:tc>
          <w:tcPr>
            <w:tcW w:w="1786" w:type="dxa"/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</w:tcPr>
          <w:p w14:paraId="35711FA8" w14:textId="77777777" w:rsidR="00381FD8" w:rsidRDefault="00381FD8">
            <w:pPr>
              <w:spacing w:line="240" w:lineRule="auto"/>
            </w:pPr>
          </w:p>
        </w:tc>
        <w:tc>
          <w:tcPr>
            <w:tcW w:w="1502" w:type="dxa"/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</w:tcPr>
          <w:p w14:paraId="4FD84620" w14:textId="77777777" w:rsidR="00381FD8" w:rsidRDefault="00381FD8">
            <w:pPr>
              <w:spacing w:line="240" w:lineRule="auto"/>
            </w:pPr>
          </w:p>
        </w:tc>
        <w:tc>
          <w:tcPr>
            <w:tcW w:w="1502" w:type="dxa"/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</w:tcPr>
          <w:p w14:paraId="37070827" w14:textId="77777777" w:rsidR="00381FD8" w:rsidRDefault="00381FD8">
            <w:pPr>
              <w:spacing w:line="240" w:lineRule="auto"/>
            </w:pPr>
          </w:p>
        </w:tc>
        <w:tc>
          <w:tcPr>
            <w:tcW w:w="1843" w:type="dxa"/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</w:tcPr>
          <w:p w14:paraId="23D0816F" w14:textId="77777777" w:rsidR="00381FD8" w:rsidRDefault="00381FD8">
            <w:pPr>
              <w:spacing w:line="240" w:lineRule="auto"/>
            </w:pPr>
          </w:p>
        </w:tc>
        <w:tc>
          <w:tcPr>
            <w:tcW w:w="1417" w:type="dxa"/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</w:tcPr>
          <w:p w14:paraId="11023AD2" w14:textId="77777777" w:rsidR="00381FD8" w:rsidRDefault="00381FD8">
            <w:pPr>
              <w:spacing w:line="240" w:lineRule="auto"/>
            </w:pPr>
          </w:p>
        </w:tc>
        <w:tc>
          <w:tcPr>
            <w:tcW w:w="1531" w:type="dxa"/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</w:tcPr>
          <w:p w14:paraId="1D97464F" w14:textId="77777777" w:rsidR="00381FD8" w:rsidRDefault="00381FD8">
            <w:pPr>
              <w:spacing w:line="240" w:lineRule="auto"/>
            </w:pPr>
          </w:p>
        </w:tc>
      </w:tr>
      <w:tr w:rsidR="00381FD8" w14:paraId="4C8A4EED" w14:textId="77777777">
        <w:trPr>
          <w:trHeight w:val="350"/>
          <w:jc w:val="center"/>
        </w:trPr>
        <w:tc>
          <w:tcPr>
            <w:tcW w:w="1701" w:type="dxa"/>
            <w:shd w:val="clear" w:color="auto" w:fill="F3F6F6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</w:tcPr>
          <w:p w14:paraId="3EC4E74D" w14:textId="77777777" w:rsidR="00381FD8" w:rsidRDefault="00381FD8">
            <w:pPr>
              <w:spacing w:line="240" w:lineRule="auto"/>
            </w:pPr>
          </w:p>
        </w:tc>
        <w:tc>
          <w:tcPr>
            <w:tcW w:w="3543" w:type="dxa"/>
            <w:shd w:val="clear" w:color="auto" w:fill="F3F6F6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</w:tcPr>
          <w:p w14:paraId="22EA478C" w14:textId="77777777" w:rsidR="00381FD8" w:rsidRDefault="00381FD8">
            <w:pPr>
              <w:spacing w:line="240" w:lineRule="auto"/>
            </w:pPr>
          </w:p>
        </w:tc>
        <w:tc>
          <w:tcPr>
            <w:tcW w:w="1786" w:type="dxa"/>
            <w:shd w:val="clear" w:color="auto" w:fill="F3F6F6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</w:tcPr>
          <w:p w14:paraId="10C77FC8" w14:textId="77777777" w:rsidR="00381FD8" w:rsidRDefault="00381FD8">
            <w:pPr>
              <w:spacing w:line="240" w:lineRule="auto"/>
            </w:pPr>
          </w:p>
        </w:tc>
        <w:tc>
          <w:tcPr>
            <w:tcW w:w="1502" w:type="dxa"/>
            <w:shd w:val="clear" w:color="auto" w:fill="F3F6F6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</w:tcPr>
          <w:p w14:paraId="507DDECB" w14:textId="77777777" w:rsidR="00381FD8" w:rsidRDefault="00381FD8">
            <w:pPr>
              <w:spacing w:line="240" w:lineRule="auto"/>
            </w:pPr>
          </w:p>
        </w:tc>
        <w:tc>
          <w:tcPr>
            <w:tcW w:w="1502" w:type="dxa"/>
            <w:shd w:val="clear" w:color="auto" w:fill="F3F6F6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</w:tcPr>
          <w:p w14:paraId="07D8E200" w14:textId="77777777" w:rsidR="00381FD8" w:rsidRDefault="00381FD8">
            <w:pPr>
              <w:spacing w:line="240" w:lineRule="auto"/>
            </w:pPr>
          </w:p>
        </w:tc>
        <w:tc>
          <w:tcPr>
            <w:tcW w:w="1843" w:type="dxa"/>
            <w:shd w:val="clear" w:color="auto" w:fill="F3F6F6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</w:tcPr>
          <w:p w14:paraId="2662BBB8" w14:textId="77777777" w:rsidR="00381FD8" w:rsidRDefault="00381FD8">
            <w:pPr>
              <w:spacing w:line="240" w:lineRule="auto"/>
            </w:pPr>
          </w:p>
        </w:tc>
        <w:tc>
          <w:tcPr>
            <w:tcW w:w="1417" w:type="dxa"/>
            <w:shd w:val="clear" w:color="auto" w:fill="F3F6F6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</w:tcPr>
          <w:p w14:paraId="34C851A5" w14:textId="77777777" w:rsidR="00381FD8" w:rsidRDefault="00381FD8">
            <w:pPr>
              <w:spacing w:line="240" w:lineRule="auto"/>
            </w:pPr>
          </w:p>
        </w:tc>
        <w:tc>
          <w:tcPr>
            <w:tcW w:w="1531" w:type="dxa"/>
            <w:shd w:val="clear" w:color="auto" w:fill="F3F6F6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</w:tcPr>
          <w:p w14:paraId="03F0EB94" w14:textId="77777777" w:rsidR="00381FD8" w:rsidRDefault="00381FD8">
            <w:pPr>
              <w:spacing w:line="240" w:lineRule="auto"/>
            </w:pPr>
          </w:p>
        </w:tc>
      </w:tr>
      <w:tr w:rsidR="00381FD8" w14:paraId="524BDBBF" w14:textId="77777777">
        <w:trPr>
          <w:trHeight w:val="350"/>
          <w:jc w:val="center"/>
        </w:trPr>
        <w:tc>
          <w:tcPr>
            <w:tcW w:w="1701" w:type="dxa"/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</w:tcPr>
          <w:p w14:paraId="7102C2D8" w14:textId="77777777" w:rsidR="00381FD8" w:rsidRDefault="00381FD8">
            <w:pPr>
              <w:spacing w:line="240" w:lineRule="auto"/>
            </w:pPr>
          </w:p>
        </w:tc>
        <w:tc>
          <w:tcPr>
            <w:tcW w:w="3543" w:type="dxa"/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</w:tcPr>
          <w:p w14:paraId="11F9D620" w14:textId="77777777" w:rsidR="00381FD8" w:rsidRDefault="00381FD8">
            <w:pPr>
              <w:spacing w:line="240" w:lineRule="auto"/>
            </w:pPr>
          </w:p>
        </w:tc>
        <w:tc>
          <w:tcPr>
            <w:tcW w:w="1786" w:type="dxa"/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</w:tcPr>
          <w:p w14:paraId="389854A1" w14:textId="77777777" w:rsidR="00381FD8" w:rsidRDefault="00381FD8">
            <w:pPr>
              <w:spacing w:line="240" w:lineRule="auto"/>
            </w:pPr>
          </w:p>
        </w:tc>
        <w:tc>
          <w:tcPr>
            <w:tcW w:w="1502" w:type="dxa"/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</w:tcPr>
          <w:p w14:paraId="46F37782" w14:textId="77777777" w:rsidR="00381FD8" w:rsidRDefault="00381FD8">
            <w:pPr>
              <w:spacing w:line="240" w:lineRule="auto"/>
            </w:pPr>
          </w:p>
        </w:tc>
        <w:tc>
          <w:tcPr>
            <w:tcW w:w="1502" w:type="dxa"/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</w:tcPr>
          <w:p w14:paraId="053C99F6" w14:textId="77777777" w:rsidR="00381FD8" w:rsidRDefault="00381FD8">
            <w:pPr>
              <w:spacing w:line="240" w:lineRule="auto"/>
            </w:pPr>
          </w:p>
        </w:tc>
        <w:tc>
          <w:tcPr>
            <w:tcW w:w="1843" w:type="dxa"/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</w:tcPr>
          <w:p w14:paraId="00EB1CC8" w14:textId="77777777" w:rsidR="00381FD8" w:rsidRDefault="00381FD8">
            <w:pPr>
              <w:spacing w:line="240" w:lineRule="auto"/>
            </w:pPr>
          </w:p>
        </w:tc>
        <w:tc>
          <w:tcPr>
            <w:tcW w:w="1417" w:type="dxa"/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</w:tcPr>
          <w:p w14:paraId="56BBD0CA" w14:textId="77777777" w:rsidR="00381FD8" w:rsidRDefault="00381FD8">
            <w:pPr>
              <w:spacing w:line="240" w:lineRule="auto"/>
            </w:pPr>
          </w:p>
        </w:tc>
        <w:tc>
          <w:tcPr>
            <w:tcW w:w="1531" w:type="dxa"/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</w:tcPr>
          <w:p w14:paraId="7E45AEB2" w14:textId="77777777" w:rsidR="00381FD8" w:rsidRDefault="00381FD8">
            <w:pPr>
              <w:spacing w:line="240" w:lineRule="auto"/>
            </w:pPr>
          </w:p>
        </w:tc>
      </w:tr>
      <w:tr w:rsidR="00381FD8" w14:paraId="62EEA3DF" w14:textId="77777777">
        <w:trPr>
          <w:trHeight w:val="350"/>
          <w:jc w:val="center"/>
        </w:trPr>
        <w:tc>
          <w:tcPr>
            <w:tcW w:w="1701" w:type="dxa"/>
            <w:shd w:val="clear" w:color="auto" w:fill="F3F6F6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</w:tcPr>
          <w:p w14:paraId="433A1C9B" w14:textId="77777777" w:rsidR="00381FD8" w:rsidRDefault="00381FD8">
            <w:pPr>
              <w:spacing w:line="240" w:lineRule="auto"/>
            </w:pPr>
          </w:p>
        </w:tc>
        <w:tc>
          <w:tcPr>
            <w:tcW w:w="3543" w:type="dxa"/>
            <w:shd w:val="clear" w:color="auto" w:fill="F3F6F6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</w:tcPr>
          <w:p w14:paraId="27684791" w14:textId="77777777" w:rsidR="00381FD8" w:rsidRDefault="00381FD8">
            <w:pPr>
              <w:spacing w:line="240" w:lineRule="auto"/>
            </w:pPr>
          </w:p>
        </w:tc>
        <w:tc>
          <w:tcPr>
            <w:tcW w:w="1786" w:type="dxa"/>
            <w:shd w:val="clear" w:color="auto" w:fill="F3F6F6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</w:tcPr>
          <w:p w14:paraId="668E56AC" w14:textId="77777777" w:rsidR="00381FD8" w:rsidRDefault="00381FD8">
            <w:pPr>
              <w:spacing w:line="240" w:lineRule="auto"/>
            </w:pPr>
          </w:p>
        </w:tc>
        <w:tc>
          <w:tcPr>
            <w:tcW w:w="1502" w:type="dxa"/>
            <w:shd w:val="clear" w:color="auto" w:fill="F3F6F6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</w:tcPr>
          <w:p w14:paraId="7D9FEBE2" w14:textId="77777777" w:rsidR="00381FD8" w:rsidRDefault="00381FD8">
            <w:pPr>
              <w:spacing w:line="240" w:lineRule="auto"/>
            </w:pPr>
          </w:p>
        </w:tc>
        <w:tc>
          <w:tcPr>
            <w:tcW w:w="1502" w:type="dxa"/>
            <w:shd w:val="clear" w:color="auto" w:fill="F3F6F6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</w:tcPr>
          <w:p w14:paraId="7B29306A" w14:textId="77777777" w:rsidR="00381FD8" w:rsidRDefault="00381FD8">
            <w:pPr>
              <w:spacing w:line="240" w:lineRule="auto"/>
            </w:pPr>
          </w:p>
        </w:tc>
        <w:tc>
          <w:tcPr>
            <w:tcW w:w="1843" w:type="dxa"/>
            <w:shd w:val="clear" w:color="auto" w:fill="F3F6F6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</w:tcPr>
          <w:p w14:paraId="76334153" w14:textId="77777777" w:rsidR="00381FD8" w:rsidRDefault="00381FD8">
            <w:pPr>
              <w:spacing w:line="240" w:lineRule="auto"/>
            </w:pPr>
          </w:p>
        </w:tc>
        <w:tc>
          <w:tcPr>
            <w:tcW w:w="1417" w:type="dxa"/>
            <w:shd w:val="clear" w:color="auto" w:fill="F3F6F6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</w:tcPr>
          <w:p w14:paraId="275DFFDF" w14:textId="77777777" w:rsidR="00381FD8" w:rsidRDefault="00381FD8">
            <w:pPr>
              <w:spacing w:line="240" w:lineRule="auto"/>
            </w:pPr>
          </w:p>
        </w:tc>
        <w:tc>
          <w:tcPr>
            <w:tcW w:w="1531" w:type="dxa"/>
            <w:shd w:val="clear" w:color="auto" w:fill="F3F6F6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</w:tcPr>
          <w:p w14:paraId="5C2DC515" w14:textId="77777777" w:rsidR="00381FD8" w:rsidRDefault="00381FD8">
            <w:pPr>
              <w:spacing w:line="240" w:lineRule="auto"/>
            </w:pPr>
          </w:p>
        </w:tc>
      </w:tr>
      <w:tr w:rsidR="00381FD8" w14:paraId="30E9FE67" w14:textId="77777777">
        <w:trPr>
          <w:trHeight w:val="350"/>
          <w:jc w:val="center"/>
        </w:trPr>
        <w:tc>
          <w:tcPr>
            <w:tcW w:w="1701" w:type="dxa"/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</w:tcPr>
          <w:p w14:paraId="78119BC4" w14:textId="77777777" w:rsidR="00381FD8" w:rsidRDefault="00381FD8">
            <w:pPr>
              <w:spacing w:line="240" w:lineRule="auto"/>
            </w:pPr>
          </w:p>
        </w:tc>
        <w:tc>
          <w:tcPr>
            <w:tcW w:w="3543" w:type="dxa"/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</w:tcPr>
          <w:p w14:paraId="5691B4C6" w14:textId="77777777" w:rsidR="00381FD8" w:rsidRDefault="00381FD8">
            <w:pPr>
              <w:spacing w:line="240" w:lineRule="auto"/>
            </w:pPr>
          </w:p>
        </w:tc>
        <w:tc>
          <w:tcPr>
            <w:tcW w:w="1786" w:type="dxa"/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</w:tcPr>
          <w:p w14:paraId="2ED0F276" w14:textId="77777777" w:rsidR="00381FD8" w:rsidRDefault="00381FD8">
            <w:pPr>
              <w:spacing w:line="240" w:lineRule="auto"/>
            </w:pPr>
          </w:p>
        </w:tc>
        <w:tc>
          <w:tcPr>
            <w:tcW w:w="1502" w:type="dxa"/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</w:tcPr>
          <w:p w14:paraId="20F26D3D" w14:textId="77777777" w:rsidR="00381FD8" w:rsidRDefault="00381FD8">
            <w:pPr>
              <w:spacing w:line="240" w:lineRule="auto"/>
            </w:pPr>
          </w:p>
        </w:tc>
        <w:tc>
          <w:tcPr>
            <w:tcW w:w="1502" w:type="dxa"/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</w:tcPr>
          <w:p w14:paraId="0F5584DF" w14:textId="77777777" w:rsidR="00381FD8" w:rsidRDefault="00381FD8">
            <w:pPr>
              <w:spacing w:line="240" w:lineRule="auto"/>
            </w:pPr>
          </w:p>
        </w:tc>
        <w:tc>
          <w:tcPr>
            <w:tcW w:w="1843" w:type="dxa"/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</w:tcPr>
          <w:p w14:paraId="5ED70BF8" w14:textId="77777777" w:rsidR="00381FD8" w:rsidRDefault="00381FD8">
            <w:pPr>
              <w:spacing w:line="240" w:lineRule="auto"/>
            </w:pPr>
          </w:p>
        </w:tc>
        <w:tc>
          <w:tcPr>
            <w:tcW w:w="1417" w:type="dxa"/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</w:tcPr>
          <w:p w14:paraId="7AF30254" w14:textId="77777777" w:rsidR="00381FD8" w:rsidRDefault="00381FD8">
            <w:pPr>
              <w:spacing w:line="240" w:lineRule="auto"/>
            </w:pPr>
          </w:p>
        </w:tc>
        <w:tc>
          <w:tcPr>
            <w:tcW w:w="1531" w:type="dxa"/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</w:tcPr>
          <w:p w14:paraId="57AD5D88" w14:textId="77777777" w:rsidR="00381FD8" w:rsidRDefault="00381FD8">
            <w:pPr>
              <w:spacing w:line="240" w:lineRule="auto"/>
            </w:pPr>
          </w:p>
        </w:tc>
      </w:tr>
      <w:tr w:rsidR="00381FD8" w14:paraId="7AE4826D" w14:textId="77777777">
        <w:trPr>
          <w:trHeight w:val="350"/>
          <w:jc w:val="center"/>
        </w:trPr>
        <w:tc>
          <w:tcPr>
            <w:tcW w:w="1701" w:type="dxa"/>
            <w:shd w:val="clear" w:color="auto" w:fill="F3F6F6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</w:tcPr>
          <w:p w14:paraId="1BD180A6" w14:textId="77777777" w:rsidR="00381FD8" w:rsidRDefault="00381FD8">
            <w:pPr>
              <w:spacing w:line="240" w:lineRule="auto"/>
            </w:pPr>
          </w:p>
        </w:tc>
        <w:tc>
          <w:tcPr>
            <w:tcW w:w="3543" w:type="dxa"/>
            <w:shd w:val="clear" w:color="auto" w:fill="F3F6F6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</w:tcPr>
          <w:p w14:paraId="4F4121DE" w14:textId="77777777" w:rsidR="00381FD8" w:rsidRDefault="00381FD8">
            <w:pPr>
              <w:spacing w:line="240" w:lineRule="auto"/>
            </w:pPr>
          </w:p>
        </w:tc>
        <w:tc>
          <w:tcPr>
            <w:tcW w:w="1786" w:type="dxa"/>
            <w:shd w:val="clear" w:color="auto" w:fill="F3F6F6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</w:tcPr>
          <w:p w14:paraId="10BD1905" w14:textId="77777777" w:rsidR="00381FD8" w:rsidRDefault="00381FD8">
            <w:pPr>
              <w:spacing w:line="240" w:lineRule="auto"/>
            </w:pPr>
          </w:p>
        </w:tc>
        <w:tc>
          <w:tcPr>
            <w:tcW w:w="1502" w:type="dxa"/>
            <w:shd w:val="clear" w:color="auto" w:fill="F3F6F6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</w:tcPr>
          <w:p w14:paraId="4175805A" w14:textId="77777777" w:rsidR="00381FD8" w:rsidRDefault="00381FD8">
            <w:pPr>
              <w:spacing w:line="240" w:lineRule="auto"/>
            </w:pPr>
          </w:p>
        </w:tc>
        <w:tc>
          <w:tcPr>
            <w:tcW w:w="1502" w:type="dxa"/>
            <w:shd w:val="clear" w:color="auto" w:fill="F3F6F6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</w:tcPr>
          <w:p w14:paraId="53C9C4A0" w14:textId="77777777" w:rsidR="00381FD8" w:rsidRDefault="00381FD8">
            <w:pPr>
              <w:spacing w:line="240" w:lineRule="auto"/>
            </w:pPr>
          </w:p>
        </w:tc>
        <w:tc>
          <w:tcPr>
            <w:tcW w:w="1843" w:type="dxa"/>
            <w:shd w:val="clear" w:color="auto" w:fill="F3F6F6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</w:tcPr>
          <w:p w14:paraId="7E891659" w14:textId="77777777" w:rsidR="00381FD8" w:rsidRDefault="00381FD8">
            <w:pPr>
              <w:spacing w:line="240" w:lineRule="auto"/>
            </w:pPr>
          </w:p>
        </w:tc>
        <w:tc>
          <w:tcPr>
            <w:tcW w:w="1417" w:type="dxa"/>
            <w:shd w:val="clear" w:color="auto" w:fill="F3F6F6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</w:tcPr>
          <w:p w14:paraId="6C2B4792" w14:textId="77777777" w:rsidR="00381FD8" w:rsidRDefault="00381FD8">
            <w:pPr>
              <w:spacing w:line="240" w:lineRule="auto"/>
            </w:pPr>
          </w:p>
        </w:tc>
        <w:tc>
          <w:tcPr>
            <w:tcW w:w="1531" w:type="dxa"/>
            <w:shd w:val="clear" w:color="auto" w:fill="F3F6F6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</w:tcPr>
          <w:p w14:paraId="536593D0" w14:textId="77777777" w:rsidR="00381FD8" w:rsidRDefault="00381FD8">
            <w:pPr>
              <w:spacing w:line="240" w:lineRule="auto"/>
            </w:pPr>
          </w:p>
        </w:tc>
      </w:tr>
      <w:tr w:rsidR="00381FD8" w14:paraId="631E3EBD" w14:textId="77777777">
        <w:trPr>
          <w:trHeight w:val="350"/>
          <w:jc w:val="center"/>
        </w:trPr>
        <w:tc>
          <w:tcPr>
            <w:tcW w:w="1701" w:type="dxa"/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</w:tcPr>
          <w:p w14:paraId="2B6C9712" w14:textId="77777777" w:rsidR="00381FD8" w:rsidRDefault="00381FD8">
            <w:pPr>
              <w:spacing w:line="240" w:lineRule="auto"/>
            </w:pPr>
          </w:p>
        </w:tc>
        <w:tc>
          <w:tcPr>
            <w:tcW w:w="3543" w:type="dxa"/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</w:tcPr>
          <w:p w14:paraId="7FEC5099" w14:textId="77777777" w:rsidR="00381FD8" w:rsidRDefault="00381FD8">
            <w:pPr>
              <w:spacing w:line="240" w:lineRule="auto"/>
            </w:pPr>
          </w:p>
        </w:tc>
        <w:tc>
          <w:tcPr>
            <w:tcW w:w="1786" w:type="dxa"/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</w:tcPr>
          <w:p w14:paraId="27DCED3A" w14:textId="77777777" w:rsidR="00381FD8" w:rsidRDefault="00381FD8">
            <w:pPr>
              <w:spacing w:line="240" w:lineRule="auto"/>
            </w:pPr>
          </w:p>
        </w:tc>
        <w:tc>
          <w:tcPr>
            <w:tcW w:w="1502" w:type="dxa"/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</w:tcPr>
          <w:p w14:paraId="61859645" w14:textId="77777777" w:rsidR="00381FD8" w:rsidRDefault="00381FD8">
            <w:pPr>
              <w:spacing w:line="240" w:lineRule="auto"/>
            </w:pPr>
          </w:p>
        </w:tc>
        <w:tc>
          <w:tcPr>
            <w:tcW w:w="1502" w:type="dxa"/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</w:tcPr>
          <w:p w14:paraId="5CE2CADA" w14:textId="77777777" w:rsidR="00381FD8" w:rsidRDefault="00381FD8">
            <w:pPr>
              <w:spacing w:line="240" w:lineRule="auto"/>
            </w:pPr>
          </w:p>
        </w:tc>
        <w:tc>
          <w:tcPr>
            <w:tcW w:w="1843" w:type="dxa"/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</w:tcPr>
          <w:p w14:paraId="038CFBB8" w14:textId="77777777" w:rsidR="00381FD8" w:rsidRDefault="00381FD8">
            <w:pPr>
              <w:spacing w:line="240" w:lineRule="auto"/>
            </w:pPr>
          </w:p>
        </w:tc>
        <w:tc>
          <w:tcPr>
            <w:tcW w:w="1417" w:type="dxa"/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</w:tcPr>
          <w:p w14:paraId="52A1723F" w14:textId="77777777" w:rsidR="00381FD8" w:rsidRDefault="00381FD8">
            <w:pPr>
              <w:spacing w:line="240" w:lineRule="auto"/>
            </w:pPr>
          </w:p>
        </w:tc>
        <w:tc>
          <w:tcPr>
            <w:tcW w:w="1531" w:type="dxa"/>
            <w:shd w:val="clear" w:color="auto" w:fill="FFFFFF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</w:tcPr>
          <w:p w14:paraId="16A8C1C4" w14:textId="77777777" w:rsidR="00381FD8" w:rsidRDefault="00381FD8">
            <w:pPr>
              <w:spacing w:line="240" w:lineRule="auto"/>
            </w:pPr>
          </w:p>
        </w:tc>
      </w:tr>
      <w:tr w:rsidR="00381FD8" w14:paraId="3B8FB789" w14:textId="77777777">
        <w:trPr>
          <w:trHeight w:val="350"/>
          <w:jc w:val="center"/>
        </w:trPr>
        <w:tc>
          <w:tcPr>
            <w:tcW w:w="1701" w:type="dxa"/>
            <w:shd w:val="clear" w:color="auto" w:fill="F3F6F6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</w:tcPr>
          <w:p w14:paraId="1A59BDE4" w14:textId="77777777" w:rsidR="00381FD8" w:rsidRDefault="00381FD8">
            <w:pPr>
              <w:spacing w:line="240" w:lineRule="auto"/>
            </w:pPr>
          </w:p>
        </w:tc>
        <w:tc>
          <w:tcPr>
            <w:tcW w:w="3543" w:type="dxa"/>
            <w:shd w:val="clear" w:color="auto" w:fill="F3F6F6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</w:tcPr>
          <w:p w14:paraId="7FD69683" w14:textId="77777777" w:rsidR="00381FD8" w:rsidRDefault="00381FD8">
            <w:pPr>
              <w:spacing w:line="240" w:lineRule="auto"/>
            </w:pPr>
          </w:p>
        </w:tc>
        <w:tc>
          <w:tcPr>
            <w:tcW w:w="1786" w:type="dxa"/>
            <w:shd w:val="clear" w:color="auto" w:fill="F3F6F6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</w:tcPr>
          <w:p w14:paraId="665912C1" w14:textId="77777777" w:rsidR="00381FD8" w:rsidRDefault="00381FD8">
            <w:pPr>
              <w:spacing w:line="240" w:lineRule="auto"/>
            </w:pPr>
          </w:p>
        </w:tc>
        <w:tc>
          <w:tcPr>
            <w:tcW w:w="1502" w:type="dxa"/>
            <w:shd w:val="clear" w:color="auto" w:fill="F3F6F6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</w:tcPr>
          <w:p w14:paraId="02315700" w14:textId="77777777" w:rsidR="00381FD8" w:rsidRDefault="00381FD8">
            <w:pPr>
              <w:spacing w:line="240" w:lineRule="auto"/>
            </w:pPr>
          </w:p>
        </w:tc>
        <w:tc>
          <w:tcPr>
            <w:tcW w:w="1502" w:type="dxa"/>
            <w:shd w:val="clear" w:color="auto" w:fill="F3F6F6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</w:tcPr>
          <w:p w14:paraId="39E34928" w14:textId="77777777" w:rsidR="00381FD8" w:rsidRDefault="00381FD8">
            <w:pPr>
              <w:spacing w:line="240" w:lineRule="auto"/>
            </w:pPr>
          </w:p>
        </w:tc>
        <w:tc>
          <w:tcPr>
            <w:tcW w:w="1843" w:type="dxa"/>
            <w:shd w:val="clear" w:color="auto" w:fill="F3F6F6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</w:tcPr>
          <w:p w14:paraId="5F7A592D" w14:textId="77777777" w:rsidR="00381FD8" w:rsidRDefault="00381FD8">
            <w:pPr>
              <w:spacing w:line="240" w:lineRule="auto"/>
            </w:pPr>
          </w:p>
        </w:tc>
        <w:tc>
          <w:tcPr>
            <w:tcW w:w="1417" w:type="dxa"/>
            <w:shd w:val="clear" w:color="auto" w:fill="F3F6F6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</w:tcPr>
          <w:p w14:paraId="73BBF56D" w14:textId="77777777" w:rsidR="00381FD8" w:rsidRDefault="00381FD8">
            <w:pPr>
              <w:spacing w:line="240" w:lineRule="auto"/>
            </w:pPr>
          </w:p>
        </w:tc>
        <w:tc>
          <w:tcPr>
            <w:tcW w:w="1531" w:type="dxa"/>
            <w:shd w:val="clear" w:color="auto" w:fill="F3F6F6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</w:tcPr>
          <w:p w14:paraId="0CC34DE3" w14:textId="77777777" w:rsidR="00381FD8" w:rsidRDefault="00381FD8">
            <w:pPr>
              <w:spacing w:line="240" w:lineRule="auto"/>
            </w:pPr>
          </w:p>
        </w:tc>
      </w:tr>
    </w:tbl>
    <w:p w14:paraId="1380D3D8" w14:textId="77777777" w:rsidR="007417E4" w:rsidRDefault="007417E4"/>
    <w:sectPr w:rsidR="007417E4" w:rsidSect="00034616">
      <w:pgSz w:w="16838" w:h="11906" w:orient="landscape"/>
      <w:pgMar w:top="652" w:right="709" w:bottom="595" w:left="709" w:header="227" w:footer="22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61690261">
    <w:abstractNumId w:val="8"/>
  </w:num>
  <w:num w:numId="2" w16cid:durableId="561521968">
    <w:abstractNumId w:val="6"/>
  </w:num>
  <w:num w:numId="3" w16cid:durableId="464278662">
    <w:abstractNumId w:val="5"/>
  </w:num>
  <w:num w:numId="4" w16cid:durableId="205290405">
    <w:abstractNumId w:val="4"/>
  </w:num>
  <w:num w:numId="5" w16cid:durableId="301353123">
    <w:abstractNumId w:val="7"/>
  </w:num>
  <w:num w:numId="6" w16cid:durableId="1644770745">
    <w:abstractNumId w:val="3"/>
  </w:num>
  <w:num w:numId="7" w16cid:durableId="52626002">
    <w:abstractNumId w:val="2"/>
  </w:num>
  <w:num w:numId="8" w16cid:durableId="1039625576">
    <w:abstractNumId w:val="1"/>
  </w:num>
  <w:num w:numId="9" w16cid:durableId="186489708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9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81FD8"/>
    <w:rsid w:val="007417E4"/>
    <w:rsid w:val="008243BA"/>
    <w:rsid w:val="00AA1D8D"/>
    <w:rsid w:val="00B47730"/>
    <w:rsid w:val="00CB0664"/>
    <w:rsid w:val="00D5783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378168"/>
  <w14:defaultImageDpi w14:val="300"/>
  <w15:docId w15:val="{3DAF0C8A-D684-374A-AED5-1AC60D6EC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Aptos" w:hAnsi="Aptos"/>
      <w:color w:val="163F4B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350</Characters>
  <Application>Microsoft Office Word</Application>
  <DocSecurity>0</DocSecurity>
  <Lines>175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Simple Bridging - Assets and Liabilities Property Schedule</dc:title>
  <dc:subject>Assets and liabilities form</dc:subject>
  <dc:creator>Simple Bridging UK</dc:creator>
  <cp:keywords/>
  <dc:description>generated by python-docx</dc:description>
  <cp:lastModifiedBy>Meir Peer</cp:lastModifiedBy>
  <cp:revision>2</cp:revision>
  <dcterms:created xsi:type="dcterms:W3CDTF">2026-08-04T04:58:00Z</dcterms:created>
  <dcterms:modified xsi:type="dcterms:W3CDTF">2026-08-04T04:58:00Z</dcterms:modified>
  <cp:category/>
</cp:coreProperties>
</file>